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{{Title}}</w:t>
      </w:r>
    </w:p>
    <w:p>
      <w:r>
        <w:t>Document Owner: {{CreatedBy}}</w:t>
      </w:r>
    </w:p>
    <w:p>
      <w:r>
        <w:t>Department: {{Department}}</w:t>
      </w:r>
    </w:p>
    <w:p>
      <w:r>
        <w:br/>
        <w:t>Content starts here...</w:t>
        <w:br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Created at: {{CreatedAt}}  |  Status: {{Status}}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sz w:val="28"/>
      </w:rPr>
      <w:t>SmartSolutions Document</w:t>
      <w:br/>
    </w:r>
  </w:p>
  <w:p>
    <w:r>
      <w:t>Code: {{Code}} | Version: {{Version}} | Category: {{Category}}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